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العربي الحديث ( الشعر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9789957069919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