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الادب العباسي بين القديم والحديث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عيسى ابراهيم السعدي/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أمواج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9789957567217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التحليل الأدبي/ العصر العباسي الأول/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