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الاستشراق : ماهيته , فلسفته ومناهجه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قدور تاج/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9789957832827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الإستشراق/ المستشرقون/ التاريخ الإسلامي/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