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الاعراب في العربية بين الابقاء والالغاء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نصر الدين الشيخ بوهني/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9789957579043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الإعراب/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