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الاعتدال والتحرر الفكري في الاراء النحوية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 الدين فتاح عيسى القاسمى/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9789774383885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التحرر الفكري/ الفكر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