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الاطلال في الشعر العربي :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الواحد 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الأطلال/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