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الأصوات اللغوية/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