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العربية المتحولة وعلاقتها بالمعنى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المعطي نمر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الصوائت/ الصوامت/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