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لغوي في فتح الب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يسن ختلان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2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