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الانا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صفاء عبد الفتاح محمد المهداوي/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الأنا/ محمود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