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التركيب اللغوي لشعر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ظاهر محسن كاظم/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9789957761158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