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التطور والتجديد في شرح الشعر العربي القديم بين المشرق والمغرب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الوارث الحسن/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9789957333164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