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التداوليات : علم استعمال اللغة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حافظ اسماعيلي علوي/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617ص.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9789957704797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التداوليات/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