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التحرير الكتابي الوظيفي والابداعي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9789957068813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