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التاويلية مقاربة وتطبيق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خليف الحياني/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9789957555658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الأدب/ أنطولوجيا الفهم/ قصدية المؤول/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