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للقصيدة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بن خوية/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البنية التركيبية/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