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الجني الداني : من جماليات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عبد العزيز جاب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9789957706791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النص القرآني/ التعقيب القرآني/ السرد القرآني/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