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الاعتراضية في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بقادر/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المعتز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الجملة الاعتراضية/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