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التواصل الانساني : دراسة 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امحمد اسماعيلي علوي/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9789957742454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الاتصال/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