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اللغوي : نشاته واصوله وانواعه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نعمان عبد السميع متولي/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التناص/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