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التمرد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حسين غوادره/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