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الكتابي "التحريري"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الصويركي/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9789957523015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التعبير/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