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التعبير الشفوي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الصويركي/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ومكتبة الكندي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