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الحوار في قصص "محي الدين زنطنة " القصيرة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سيقا علي عارف/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9789957572266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القصص العربية/ المحادثة/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