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الشعبية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عزيز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القصص العربية/ الأدب الشعبي/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