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النحوية : رؤى - نحوية , وصرفية - تجديدية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فلسفة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