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الرسائل الديوانية في مملكة غرناطة في عصر بني الاحمر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الحليم حسين الهروط/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9789957382803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الرسائل/ الديوانية/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