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الدلالة المرئية : قراءات في شعرية القصيدة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جعفر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فضاءات/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9789957303303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