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والصرفية في لهجة الاقليم الشمالي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اللغات/ الدلالات/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