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الدراما العربية في المسرح العربي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رؤذان أنور مدحت/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غيداء/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9789957555665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المسرح/ الدراما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