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الصوفي في شعر عبد القادر الجيلاني : دراسة اسلوبية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خضر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