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اللغوية في البلاد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9789959296351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الثقافة/ الحضارة/ العدالة اللغوية/ اقتصاديات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