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 العربية والاضمار : دراسة تركيبية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الغريسي/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9789957707330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الخطاب/ النحو العربي/ الإضمار/ الضمير/ العائدة الضميرية/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