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التوليدية : من التفسير الى ما وراء التفسير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الرحالي/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9789959295354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التوليدية/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