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بنيوية منهجيات واتجاه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غلف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55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لسانيات الوصفية/ اللسانيات الأمريكية/ اللسانيات البنيوية/ اللسانيات الأورو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