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اللباب في توضيح النحو والاعراب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حمدي الشيخ/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9789774384066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