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بين الحرف والكلمة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9789957586324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