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القراءة التاويلية للنص الشعري القديم : بين افق التعارض وافق الاندماج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شميعة/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9789957706043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النص الشعري/ نظرية التلقي/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