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القراءات في اي القران الكريم : اصولها وعللها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وليد عبد المجيد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قراءة القرآن الكريم/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