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النقدي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الحميد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إعجاز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