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البروميثي والشعر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الشرع/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الفكر البروميثي/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