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الشعر الجاهلي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9789957741792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