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الاندلسي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ماجد مجلي الدخيل/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