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اسطوريا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عماد علي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جهينة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