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الصرف وبناء الكلمة : تطبيقات وتدريبات في الصرف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9789957586096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تصريف الأسماء/ تصريف الأفعال/ مباحث 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