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والفلسفة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رياض شنتة جبر/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