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البديل : قراءة في المسكوت عنه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علوش/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البديل/ الشعر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