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المستطرف من الامثال العربية الشعبية والمستطرف من قصصها المحكية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تركي علي العزاوي/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المستقبل/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9789957821777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الأمثال/ الفلكلور/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