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المدرسة الوصفية في الدراسات النحوية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معاذ محمد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9789957501723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