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المدارس المعجمية : دراسة في البنية التركيبية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القواميس/ المعاجم/ المصطلحات/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